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E4D3" w14:textId="77777777" w:rsidR="00CA572E" w:rsidRDefault="00000000">
      <w:pPr>
        <w:spacing w:after="40" w:line="240" w:lineRule="auto"/>
        <w:jc w:val="center"/>
        <w:rPr>
          <w:rFonts w:ascii="Arial" w:eastAsia="Arial" w:hAnsi="Arial" w:cs="Arial"/>
          <w:b/>
          <w:bCs/>
          <w:color w:val="28166F"/>
          <w:sz w:val="44"/>
          <w:szCs w:val="44"/>
        </w:rPr>
      </w:pPr>
      <w:r>
        <w:rPr>
          <w:rFonts w:ascii="Arial" w:eastAsia="Arial" w:hAnsi="Arial" w:cs="Arial"/>
          <w:b/>
          <w:bCs/>
          <w:noProof/>
          <w:color w:val="28166F"/>
          <w:sz w:val="44"/>
          <w:szCs w:val="44"/>
        </w:rPr>
        <w:drawing>
          <wp:inline distT="0" distB="0" distL="0" distR="0" wp14:anchorId="58B09F79" wp14:editId="0AE2D4FA">
            <wp:extent cx="2118264" cy="1200772"/>
            <wp:effectExtent l="0" t="0" r="0" b="0"/>
            <wp:docPr id="198498542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264" cy="1200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8E484C" w14:textId="77777777" w:rsidR="00CA572E" w:rsidRDefault="00000000">
      <w:pPr>
        <w:spacing w:before="20" w:after="20" w:line="240" w:lineRule="auto"/>
        <w:jc w:val="center"/>
        <w:rPr>
          <w:sz w:val="32"/>
          <w:szCs w:val="32"/>
        </w:rPr>
      </w:pPr>
      <w:r>
        <w:rPr>
          <w:rFonts w:ascii="Arial" w:eastAsia="Arial" w:hAnsi="Arial" w:cs="Arial"/>
          <w:b/>
          <w:bCs/>
          <w:color w:val="28166F"/>
          <w:sz w:val="44"/>
          <w:szCs w:val="44"/>
        </w:rPr>
        <w:t>North Creek High School PTSA ROSTER 2026-2027</w:t>
      </w:r>
    </w:p>
    <w:p w14:paraId="5B7856B0" w14:textId="77777777" w:rsidR="00CA572E" w:rsidRDefault="00000000">
      <w:pPr>
        <w:spacing w:after="100" w:line="240" w:lineRule="auto"/>
        <w:jc w:val="center"/>
        <w:rPr>
          <w:sz w:val="32"/>
          <w:szCs w:val="32"/>
        </w:rPr>
      </w:pPr>
      <w:r>
        <w:rPr>
          <w:rFonts w:ascii="Arial" w:eastAsia="Arial" w:hAnsi="Arial" w:cs="Arial"/>
          <w:color w:val="39B927"/>
          <w:sz w:val="21"/>
          <w:szCs w:val="21"/>
        </w:rPr>
        <w:t>Updated 8/2026</w:t>
      </w:r>
    </w:p>
    <w:tbl>
      <w:tblPr>
        <w:tblStyle w:val="a"/>
        <w:tblW w:w="11231" w:type="dxa"/>
        <w:jc w:val="center"/>
        <w:tblLayout w:type="fixed"/>
        <w:tblLook w:val="0400" w:firstRow="0" w:lastRow="0" w:firstColumn="0" w:lastColumn="0" w:noHBand="0" w:noVBand="1"/>
      </w:tblPr>
      <w:tblGrid>
        <w:gridCol w:w="3527"/>
        <w:gridCol w:w="2880"/>
        <w:gridCol w:w="4824"/>
      </w:tblGrid>
      <w:tr w:rsidR="00CA572E" w14:paraId="548AAAE4" w14:textId="77777777">
        <w:trPr>
          <w:trHeight w:val="518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2A277ED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Executive Committee</w:t>
            </w: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br/>
              <w:t>(Elected Officers)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DDF9EB5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Name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6D856E7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Email</w:t>
            </w:r>
          </w:p>
        </w:tc>
      </w:tr>
      <w:tr w:rsidR="00CA572E" w14:paraId="7CD9C393" w14:textId="77777777">
        <w:trPr>
          <w:trHeight w:val="592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6CAD7E6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Co-Presidents: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EC9820D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Monisha Jayaprakash</w:t>
            </w: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br/>
              <w:t xml:space="preserve">Monika </w:t>
            </w:r>
            <w:proofErr w:type="spellStart"/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Logamwar</w:t>
            </w:r>
            <w:proofErr w:type="spellEnd"/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38EEAFC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president@northcreekptsa.com</w:t>
            </w:r>
          </w:p>
        </w:tc>
      </w:tr>
      <w:tr w:rsidR="00CA572E" w14:paraId="72BD04A3" w14:textId="77777777">
        <w:trPr>
          <w:trHeight w:val="309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930CC2C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Vice President: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01591D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Christina Swanson-Perrin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689E258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vpcoms@northcreekptsa.com</w:t>
            </w:r>
          </w:p>
        </w:tc>
      </w:tr>
      <w:tr w:rsidR="00CA572E" w14:paraId="6A28DA31" w14:textId="77777777">
        <w:trPr>
          <w:trHeight w:val="618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67C3A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Co-Secretaries: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FCA6AE3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Han Wexler</w:t>
            </w: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br/>
              <w:t xml:space="preserve">Dhara </w:t>
            </w:r>
            <w:proofErr w:type="spellStart"/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Rajagopala</w:t>
            </w:r>
            <w:proofErr w:type="spellEnd"/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373524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secretary@northcreekptsa.com</w:t>
            </w:r>
          </w:p>
        </w:tc>
      </w:tr>
      <w:tr w:rsidR="00CA572E" w14:paraId="1A3685B7" w14:textId="77777777">
        <w:trPr>
          <w:trHeight w:val="309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C476690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Treasurer: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A367735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Sreeni Gorthi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687FE60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treasurer@northcreekptsa.com</w:t>
            </w:r>
          </w:p>
        </w:tc>
      </w:tr>
    </w:tbl>
    <w:p w14:paraId="38B472FB" w14:textId="77777777" w:rsidR="00CA572E" w:rsidRDefault="00CA572E">
      <w:pPr>
        <w:spacing w:after="20" w:line="168" w:lineRule="auto"/>
        <w:rPr>
          <w:sz w:val="32"/>
          <w:szCs w:val="32"/>
        </w:rPr>
      </w:pPr>
    </w:p>
    <w:tbl>
      <w:tblPr>
        <w:tblStyle w:val="a0"/>
        <w:tblW w:w="11188" w:type="dxa"/>
        <w:jc w:val="center"/>
        <w:tblLayout w:type="fixed"/>
        <w:tblLook w:val="0400" w:firstRow="0" w:lastRow="0" w:firstColumn="0" w:lastColumn="0" w:noHBand="0" w:noVBand="1"/>
      </w:tblPr>
      <w:tblGrid>
        <w:gridCol w:w="3514"/>
        <w:gridCol w:w="2869"/>
        <w:gridCol w:w="4805"/>
      </w:tblGrid>
      <w:tr w:rsidR="00CA572E" w14:paraId="7DAB824B" w14:textId="77777777">
        <w:trPr>
          <w:trHeight w:val="518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3025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DABD52E" w14:textId="77777777" w:rsidR="00CA572E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 xml:space="preserve">Standing Committee Chairs </w:t>
            </w:r>
          </w:p>
          <w:p w14:paraId="441E4949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(appointed board members)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3025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EE4DDC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Name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3025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92DD0A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Email</w:t>
            </w:r>
          </w:p>
        </w:tc>
      </w:tr>
      <w:tr w:rsidR="00CA572E" w14:paraId="68C08523" w14:textId="77777777">
        <w:trPr>
          <w:trHeight w:val="366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7B26458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Advocacy Chair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1C0496D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39B927"/>
                <w:sz w:val="21"/>
                <w:szCs w:val="21"/>
              </w:rPr>
              <w:t>OPEN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CDC30C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advocacy@northcreekptsa.com</w:t>
            </w:r>
          </w:p>
        </w:tc>
      </w:tr>
      <w:tr w:rsidR="00CA572E" w14:paraId="5E533772" w14:textId="77777777">
        <w:trPr>
          <w:trHeight w:val="366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CC0917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Membership Chair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29A5954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Ashley Watts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661BB17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membership@northcreekptsa.com</w:t>
            </w:r>
          </w:p>
        </w:tc>
      </w:tr>
      <w:tr w:rsidR="00CA572E" w14:paraId="02EEB013" w14:textId="77777777">
        <w:trPr>
          <w:trHeight w:val="335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983054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NCHS/Skyview PTSA Food Pantry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26F4299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Melissa Kline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15AC971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nchs.sms.foodpantry@gmail.com</w:t>
            </w:r>
          </w:p>
        </w:tc>
      </w:tr>
      <w:tr w:rsidR="00CA572E" w14:paraId="5E04C546" w14:textId="77777777">
        <w:trPr>
          <w:trHeight w:val="396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9E568F9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Staff Appreciation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0F8E869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39B927"/>
                <w:sz w:val="21"/>
                <w:szCs w:val="21"/>
              </w:rPr>
              <w:t>OPEN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7F8C75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staffappreciation@northcreekptsa.com</w:t>
            </w:r>
          </w:p>
        </w:tc>
      </w:tr>
      <w:tr w:rsidR="00CA572E" w14:paraId="666B998E" w14:textId="77777777">
        <w:trPr>
          <w:trHeight w:val="396"/>
          <w:jc w:val="center"/>
        </w:trPr>
        <w:tc>
          <w:tcPr>
            <w:tcW w:w="351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810F8C0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Newsletter &amp; Website</w:t>
            </w:r>
          </w:p>
        </w:tc>
        <w:tc>
          <w:tcPr>
            <w:tcW w:w="2869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E23D449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Christina Swanson-Perrin</w:t>
            </w:r>
          </w:p>
        </w:tc>
        <w:tc>
          <w:tcPr>
            <w:tcW w:w="4805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F93DBF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vpcoms@northcreekptsa.com</w:t>
            </w:r>
          </w:p>
        </w:tc>
      </w:tr>
    </w:tbl>
    <w:p w14:paraId="48EEC735" w14:textId="77777777" w:rsidR="00CA572E" w:rsidRDefault="00CA572E">
      <w:pPr>
        <w:spacing w:after="20" w:line="168" w:lineRule="auto"/>
        <w:rPr>
          <w:sz w:val="32"/>
          <w:szCs w:val="32"/>
        </w:rPr>
      </w:pPr>
    </w:p>
    <w:tbl>
      <w:tblPr>
        <w:tblStyle w:val="a1"/>
        <w:tblW w:w="11231" w:type="dxa"/>
        <w:jc w:val="center"/>
        <w:tblLayout w:type="fixed"/>
        <w:tblLook w:val="0400" w:firstRow="0" w:lastRow="0" w:firstColumn="0" w:lastColumn="0" w:noHBand="0" w:noVBand="1"/>
      </w:tblPr>
      <w:tblGrid>
        <w:gridCol w:w="3527"/>
        <w:gridCol w:w="2880"/>
        <w:gridCol w:w="4824"/>
      </w:tblGrid>
      <w:tr w:rsidR="00CA572E" w14:paraId="34E36EF5" w14:textId="77777777">
        <w:trPr>
          <w:trHeight w:val="518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B5D284E" w14:textId="77777777" w:rsidR="00CA572E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 xml:space="preserve">Ad Hoc Committee Chairs  </w:t>
            </w:r>
          </w:p>
          <w:p w14:paraId="0FDFE8F8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(appointed non-board members)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BF92127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Name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28166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F798B57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Email</w:t>
            </w:r>
          </w:p>
        </w:tc>
      </w:tr>
      <w:tr w:rsidR="00CA572E" w14:paraId="54C00A64" w14:textId="77777777">
        <w:trPr>
          <w:trHeight w:val="453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4248B7E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Financial Review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908161F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39B927"/>
                <w:sz w:val="21"/>
                <w:szCs w:val="21"/>
              </w:rPr>
              <w:t>OPEN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64589B1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president@northcreekptsa.com</w:t>
            </w:r>
          </w:p>
        </w:tc>
      </w:tr>
      <w:tr w:rsidR="00CA572E" w14:paraId="7857C65B" w14:textId="77777777">
        <w:trPr>
          <w:trHeight w:val="415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65B75E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Grants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DC79F2C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Board Members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E323CEA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grants@northcreekptsa.com</w:t>
            </w:r>
          </w:p>
        </w:tc>
      </w:tr>
      <w:tr w:rsidR="00CA572E" w14:paraId="14767422" w14:textId="77777777">
        <w:trPr>
          <w:trHeight w:val="453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6179B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Intercultural Festival PTSA Rep.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887F1B1" w14:textId="61A45938" w:rsidR="00CA572E" w:rsidRDefault="006D460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Barby Taheri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2500FAF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president@northcreekptsa.com</w:t>
            </w:r>
          </w:p>
        </w:tc>
      </w:tr>
      <w:tr w:rsidR="00CA572E" w14:paraId="261F6B34" w14:textId="77777777">
        <w:trPr>
          <w:trHeight w:val="453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F5201BD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Nominating Committee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8196AC8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39B927"/>
                <w:sz w:val="21"/>
                <w:szCs w:val="21"/>
              </w:rPr>
              <w:t>OPEN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FFFFF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2223A31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nomcom@northcreekptsa.com</w:t>
            </w:r>
          </w:p>
        </w:tc>
      </w:tr>
      <w:tr w:rsidR="00CA572E" w14:paraId="299A06B3" w14:textId="77777777">
        <w:trPr>
          <w:trHeight w:val="490"/>
          <w:jc w:val="center"/>
        </w:trPr>
        <w:tc>
          <w:tcPr>
            <w:tcW w:w="3528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E60780B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28166F"/>
                <w:sz w:val="21"/>
                <w:szCs w:val="21"/>
              </w:rPr>
              <w:t>Reflections</w:t>
            </w:r>
          </w:p>
        </w:tc>
        <w:tc>
          <w:tcPr>
            <w:tcW w:w="2880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5EA02C7" w14:textId="7700D5A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>Foram</w:t>
            </w:r>
            <w:proofErr w:type="spellEnd"/>
            <w:r>
              <w:rPr>
                <w:rFonts w:ascii="Arial" w:eastAsia="Arial" w:hAnsi="Arial" w:cs="Arial"/>
                <w:color w:val="222222"/>
                <w:sz w:val="21"/>
                <w:szCs w:val="21"/>
              </w:rPr>
              <w:t xml:space="preserve"> Shah</w:t>
            </w:r>
          </w:p>
        </w:tc>
        <w:tc>
          <w:tcPr>
            <w:tcW w:w="4824" w:type="dxa"/>
            <w:tcBorders>
              <w:top w:val="single" w:sz="5" w:space="0" w:color="D9D9DD"/>
              <w:left w:val="single" w:sz="5" w:space="0" w:color="D9D9DD"/>
              <w:bottom w:val="single" w:sz="5" w:space="0" w:color="D9D9DD"/>
              <w:right w:val="single" w:sz="5" w:space="0" w:color="D9D9DD"/>
            </w:tcBorders>
            <w:shd w:val="clear" w:color="auto" w:fill="F7F7F8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D7982C2" w14:textId="77777777" w:rsidR="00CA572E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30256F"/>
                <w:sz w:val="21"/>
                <w:szCs w:val="21"/>
              </w:rPr>
              <w:t>reflections@northcreekptsa.com</w:t>
            </w:r>
          </w:p>
        </w:tc>
      </w:tr>
    </w:tbl>
    <w:p w14:paraId="14FFB9AD" w14:textId="77777777" w:rsidR="00CA572E" w:rsidRDefault="00CA572E">
      <w:pPr>
        <w:spacing w:after="20" w:line="168" w:lineRule="auto"/>
        <w:rPr>
          <w:sz w:val="32"/>
          <w:szCs w:val="32"/>
        </w:rPr>
      </w:pPr>
    </w:p>
    <w:p w14:paraId="3182E19D" w14:textId="77777777" w:rsidR="00CA572E" w:rsidRDefault="00CA572E">
      <w:pPr>
        <w:spacing w:after="20" w:line="168" w:lineRule="auto"/>
        <w:rPr>
          <w:sz w:val="32"/>
          <w:szCs w:val="32"/>
        </w:rPr>
      </w:pPr>
    </w:p>
    <w:p w14:paraId="05160D9E" w14:textId="77777777" w:rsidR="00CA572E" w:rsidRDefault="00CA572E">
      <w:pPr>
        <w:spacing w:after="20" w:line="168" w:lineRule="auto"/>
        <w:rPr>
          <w:sz w:val="32"/>
          <w:szCs w:val="32"/>
        </w:rPr>
      </w:pPr>
    </w:p>
    <w:p w14:paraId="3A15281C" w14:textId="77777777" w:rsidR="00CA572E" w:rsidRDefault="00CA572E">
      <w:pPr>
        <w:spacing w:after="20" w:line="168" w:lineRule="auto"/>
        <w:rPr>
          <w:sz w:val="32"/>
          <w:szCs w:val="32"/>
        </w:rPr>
      </w:pPr>
    </w:p>
    <w:sectPr w:rsidR="00CA572E">
      <w:pgSz w:w="12240" w:h="15840"/>
      <w:pgMar w:top="403" w:right="504" w:bottom="403" w:left="50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CE38B3E-DBC8-DE48-99B6-46B54D735D56}"/>
    <w:embedBold r:id="rId2" w:fontKey="{F2909252-278F-0F44-BE54-A119B6119069}"/>
    <w:embedItalic r:id="rId3" w:fontKey="{55CDD78D-89B3-BA4B-89FD-7552BBD5C90E}"/>
    <w:embedBoldItalic r:id="rId4" w:fontKey="{F89F9D25-F2B8-384D-B610-CF6D976D94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58A568A-5040-0F43-B4AF-33BA6BA65D9D}"/>
    <w:embedBold r:id="rId6" w:fontKey="{87D98F71-4B02-5C46-9039-F60AD21362AB}"/>
    <w:embedItalic r:id="rId7" w:fontKey="{BB7E97FB-21D7-3747-AB80-34C082F7B2E3}"/>
    <w:embedBoldItalic r:id="rId8" w:fontKey="{19B826A4-49EA-B544-B893-8A2F2576F0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82EB2A67-0B28-AA44-BED1-5A7A40D32396}"/>
    <w:embedBold r:id="rId10" w:fontKey="{7B30958F-18BD-4340-A3B7-42ACC009E8A4}"/>
    <w:embedItalic r:id="rId11" w:fontKey="{30B7BE13-B918-BC4D-B4C8-54E0D6A66198}"/>
    <w:embedBoldItalic r:id="rId12" w:fontKey="{3D986748-5D8E-4A43-8E4D-D54C02384512}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3" w:fontKey="{CD58E669-8121-5F4C-8459-12D85323BF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C1D8E828-63EE-BF40-AC4A-4E477A1C0643}"/>
    <w:embedBold r:id="rId15" w:fontKey="{F2C06344-3C2F-764E-8B8D-748233935A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6B71"/>
    <w:multiLevelType w:val="multilevel"/>
    <w:tmpl w:val="3E3E5F6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8888810">
    <w:abstractNumId w:val="0"/>
  </w:num>
  <w:num w:numId="2" w16cid:durableId="270940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4408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1326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3046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115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2E"/>
    <w:rsid w:val="005458A5"/>
    <w:rsid w:val="006D4604"/>
    <w:rsid w:val="00856ADA"/>
    <w:rsid w:val="00A7730B"/>
    <w:rsid w:val="00AB74D7"/>
    <w:rsid w:val="00CA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AF2C78"/>
  <w15:docId w15:val="{CC9BE2F0-8223-774F-9A28-B1C8BBFB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fhqU+uXbbbwOSr9isUIcCv+0ng==">CgMxLjA4AHIhMU1Va2stemlCSkh5cUpMRHdVZVZYamJQTzNEY2puMkw1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Christina Swanson</cp:lastModifiedBy>
  <cp:revision>4</cp:revision>
  <dcterms:created xsi:type="dcterms:W3CDTF">2026-08-22T03:45:00Z</dcterms:created>
  <dcterms:modified xsi:type="dcterms:W3CDTF">2026-08-22T03:51:00Z</dcterms:modified>
</cp:coreProperties>
</file>